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B1C24" w14:textId="77777777" w:rsidR="00242DF0" w:rsidRPr="00232A1C" w:rsidRDefault="00242DF0" w:rsidP="00242DF0">
      <w:pPr>
        <w:jc w:val="both"/>
        <w:rPr>
          <w:b/>
          <w:bCs/>
        </w:rPr>
      </w:pPr>
      <w:r w:rsidRPr="00232A1C">
        <w:rPr>
          <w:b/>
          <w:bCs/>
        </w:rPr>
        <w:t xml:space="preserve">Budapest Főváros XIV. Kerület Zugló Önkormányzata </w:t>
      </w:r>
    </w:p>
    <w:p w14:paraId="48B38571" w14:textId="77777777" w:rsidR="00242DF0" w:rsidRPr="00232A1C" w:rsidRDefault="00242DF0" w:rsidP="00242DF0">
      <w:pPr>
        <w:rPr>
          <w:b/>
          <w:bCs/>
          <w:u w:val="single"/>
        </w:rPr>
      </w:pPr>
    </w:p>
    <w:p w14:paraId="2A131D57" w14:textId="77777777" w:rsidR="00242DF0" w:rsidRPr="00232A1C" w:rsidRDefault="00242DF0" w:rsidP="00242DF0">
      <w:pPr>
        <w:rPr>
          <w:b/>
          <w:bCs/>
          <w:u w:val="single"/>
        </w:rPr>
      </w:pPr>
    </w:p>
    <w:p w14:paraId="3A594B8D" w14:textId="77777777" w:rsidR="00242DF0" w:rsidRPr="00232A1C" w:rsidRDefault="00242DF0" w:rsidP="00242DF0">
      <w:pPr>
        <w:jc w:val="center"/>
        <w:rPr>
          <w:b/>
          <w:bCs/>
        </w:rPr>
      </w:pPr>
      <w:r w:rsidRPr="00232A1C">
        <w:rPr>
          <w:b/>
          <w:bCs/>
        </w:rPr>
        <w:t>K I V O N A T</w:t>
      </w:r>
    </w:p>
    <w:p w14:paraId="0EB43BDD" w14:textId="77777777" w:rsidR="00242DF0" w:rsidRPr="00232A1C" w:rsidRDefault="00242DF0" w:rsidP="00242DF0">
      <w:pPr>
        <w:jc w:val="center"/>
      </w:pPr>
    </w:p>
    <w:p w14:paraId="33694662" w14:textId="77777777" w:rsidR="00242DF0" w:rsidRPr="00232A1C" w:rsidRDefault="00242DF0" w:rsidP="00242DF0">
      <w:pPr>
        <w:jc w:val="center"/>
      </w:pPr>
      <w:r w:rsidRPr="00232A1C">
        <w:t>A Képviselő-testület által létrehozott</w:t>
      </w:r>
    </w:p>
    <w:p w14:paraId="68BDE0CF" w14:textId="77777777" w:rsidR="00242DF0" w:rsidRPr="00232A1C" w:rsidRDefault="00242DF0" w:rsidP="00242DF0">
      <w:pPr>
        <w:jc w:val="center"/>
        <w:rPr>
          <w:b/>
        </w:rPr>
      </w:pPr>
      <w:r w:rsidRPr="00232A1C">
        <w:rPr>
          <w:b/>
        </w:rPr>
        <w:t xml:space="preserve">„Zuglói Urbanisztikai Munkacsoport” </w:t>
      </w:r>
    </w:p>
    <w:p w14:paraId="576662C7" w14:textId="77777777" w:rsidR="00242DF0" w:rsidRPr="00232A1C" w:rsidRDefault="00242DF0" w:rsidP="00242DF0">
      <w:pPr>
        <w:jc w:val="center"/>
      </w:pPr>
    </w:p>
    <w:p w14:paraId="7EDBB783" w14:textId="4AA4D78E" w:rsidR="00242DF0" w:rsidRDefault="00242DF0" w:rsidP="00242DF0">
      <w:pPr>
        <w:jc w:val="center"/>
        <w:rPr>
          <w:b/>
        </w:rPr>
      </w:pPr>
      <w:r w:rsidRPr="00232A1C">
        <w:rPr>
          <w:b/>
        </w:rPr>
        <w:t>202</w:t>
      </w:r>
      <w:r>
        <w:rPr>
          <w:b/>
        </w:rPr>
        <w:t>6</w:t>
      </w:r>
      <w:r w:rsidRPr="00232A1C">
        <w:rPr>
          <w:b/>
        </w:rPr>
        <w:t xml:space="preserve">. </w:t>
      </w:r>
      <w:r>
        <w:rPr>
          <w:b/>
        </w:rPr>
        <w:t xml:space="preserve">augusztus </w:t>
      </w:r>
      <w:r w:rsidR="00461633">
        <w:rPr>
          <w:b/>
        </w:rPr>
        <w:t>24</w:t>
      </w:r>
      <w:r w:rsidRPr="00232A1C">
        <w:rPr>
          <w:b/>
        </w:rPr>
        <w:t>-i ülésének jegyzőkönyvéből</w:t>
      </w:r>
    </w:p>
    <w:p w14:paraId="4790B622" w14:textId="77777777" w:rsidR="00242DF0" w:rsidRDefault="00242DF0" w:rsidP="00242DF0">
      <w:pPr>
        <w:jc w:val="center"/>
        <w:rPr>
          <w:b/>
        </w:rPr>
      </w:pPr>
    </w:p>
    <w:p w14:paraId="3B97CA10" w14:textId="492FA83F" w:rsidR="00242DF0" w:rsidRDefault="00242DF0" w:rsidP="00242DF0">
      <w:pPr>
        <w:jc w:val="center"/>
        <w:rPr>
          <w:b/>
          <w:lang w:val="hu-HU"/>
        </w:rPr>
      </w:pPr>
    </w:p>
    <w:p w14:paraId="0FC1C91C" w14:textId="3D0FC49A" w:rsidR="008A1221" w:rsidRPr="00AE6E73" w:rsidRDefault="008A1221" w:rsidP="008A1221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461633">
        <w:rPr>
          <w:lang w:val="hu-HU"/>
        </w:rPr>
        <w:t>5</w:t>
      </w:r>
      <w:r w:rsidRPr="00AE6E73">
        <w:rPr>
          <w:lang w:val="hu-HU"/>
        </w:rPr>
        <w:t xml:space="preserve"> igen, 0 tartózkodás, 0 nem szavazattal az alábbi határozatot hozta:</w:t>
      </w:r>
    </w:p>
    <w:p w14:paraId="4A2A00D7" w14:textId="77777777" w:rsidR="008A1221" w:rsidRPr="00AE6E73" w:rsidRDefault="008A1221" w:rsidP="008A1221">
      <w:pPr>
        <w:spacing w:before="100" w:after="60"/>
        <w:jc w:val="both"/>
        <w:rPr>
          <w:lang w:val="hu-HU"/>
        </w:rPr>
      </w:pPr>
    </w:p>
    <w:p w14:paraId="47BBBEB6" w14:textId="5EF098FC" w:rsidR="00180A75" w:rsidRPr="00AE6E73" w:rsidRDefault="00215EFA">
      <w:pPr>
        <w:spacing w:after="80"/>
        <w:jc w:val="center"/>
        <w:rPr>
          <w:lang w:val="hu-HU"/>
        </w:rPr>
      </w:pPr>
      <w:r>
        <w:rPr>
          <w:b/>
          <w:lang w:val="hu-HU"/>
        </w:rPr>
        <w:t>35</w:t>
      </w:r>
      <w:r w:rsidR="00472F60" w:rsidRPr="00AE6E73">
        <w:rPr>
          <w:b/>
          <w:lang w:val="hu-HU"/>
        </w:rPr>
        <w:t xml:space="preserve">/2026. (VIII. </w:t>
      </w:r>
      <w:r w:rsidR="00D3454F"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58DCDBD8" w14:textId="23C14E58" w:rsidR="002631AE" w:rsidRPr="00340C41" w:rsidRDefault="00340C41" w:rsidP="00340C41">
      <w:pPr>
        <w:pStyle w:val="Listaszerbekezds"/>
        <w:spacing w:after="160"/>
        <w:rPr>
          <w:b/>
          <w:lang w:val="hu-HU"/>
        </w:rPr>
      </w:pPr>
      <w:r>
        <w:rPr>
          <w:b/>
          <w:lang w:val="hu-HU"/>
        </w:rPr>
        <w:t>1.</w:t>
      </w:r>
      <w:r w:rsidR="002631AE" w:rsidRPr="00340C41">
        <w:rPr>
          <w:b/>
          <w:lang w:val="hu-HU"/>
        </w:rPr>
        <w:t>Patak, vizes élőhelyek</w:t>
      </w:r>
      <w:r w:rsidR="00467E78" w:rsidRPr="00340C41">
        <w:rPr>
          <w:b/>
          <w:lang w:val="hu-HU"/>
        </w:rPr>
        <w:t>ről</w:t>
      </w:r>
      <w:r w:rsidR="002631AE" w:rsidRPr="00340C41">
        <w:rPr>
          <w:b/>
          <w:lang w:val="hu-HU"/>
        </w:rPr>
        <w:t xml:space="preserve"> (1B/3. Belső körvasút alatt vizes élőhely kivételével)</w:t>
      </w:r>
    </w:p>
    <w:p w14:paraId="75802AB4" w14:textId="7662C6A8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A ZUM támogatja a fejlesztési terv táblázatos programjavaslat 1. Patak, vizes élőhelyek alábbi pontjainak elfogadását:</w:t>
      </w:r>
    </w:p>
    <w:p w14:paraId="50B6A4FF" w14:textId="77777777" w:rsidR="0052475D" w:rsidRPr="00467E78" w:rsidRDefault="0052475D" w:rsidP="0052475D">
      <w:pPr>
        <w:spacing w:after="120"/>
        <w:jc w:val="both"/>
        <w:rPr>
          <w:lang w:val="hu-HU"/>
        </w:rPr>
      </w:pPr>
      <w:r w:rsidRPr="00467E78">
        <w:rPr>
          <w:lang w:val="hu-HU"/>
        </w:rPr>
        <w:t>A Rákos-patak, a felszíni vízrendszer, a vízvisszatartás és a biológiailag aktív vizes élőhelyek egységes fejlesztési programjai.</w:t>
      </w:r>
    </w:p>
    <w:p w14:paraId="50F334B3" w14:textId="3411BBAC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1A. Patak</w:t>
      </w:r>
    </w:p>
    <w:p w14:paraId="1D39A181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1. Rákos-patak revitalizáció</w:t>
      </w:r>
    </w:p>
    <w:p w14:paraId="46F5899C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2. Gvadányi utca</w:t>
      </w:r>
    </w:p>
    <w:p w14:paraId="54AD04E8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3. Rákospatak u. I.</w:t>
      </w:r>
    </w:p>
    <w:p w14:paraId="0CA20CF4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4. Rákospatak u. II.</w:t>
      </w:r>
    </w:p>
    <w:p w14:paraId="3FD7A9DB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5. Folytonos Rákos-patak</w:t>
      </w:r>
    </w:p>
    <w:p w14:paraId="4F9C1FC2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1B. Új kékinfrastruktura</w:t>
      </w:r>
    </w:p>
    <w:p w14:paraId="337B3037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1. Nyugat-Zuglói vizes élőhely</w:t>
      </w:r>
    </w:p>
    <w:p w14:paraId="17F5868C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2. Alsórákoson új vizes élőhely</w:t>
      </w:r>
    </w:p>
    <w:p w14:paraId="41377729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4. Vizes élőhelyek hálózata</w:t>
      </w:r>
    </w:p>
    <w:p w14:paraId="07E3329E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5. Esővíz-visszatartási program</w:t>
      </w:r>
    </w:p>
    <w:p w14:paraId="32199F41" w14:textId="77777777" w:rsidR="00467E78" w:rsidRPr="00467E78" w:rsidRDefault="00467E78" w:rsidP="00467E78">
      <w:pPr>
        <w:spacing w:after="120"/>
        <w:jc w:val="both"/>
        <w:rPr>
          <w:lang w:val="hu-HU"/>
        </w:rPr>
      </w:pPr>
      <w:r w:rsidRPr="00467E78">
        <w:rPr>
          <w:lang w:val="hu-HU"/>
        </w:rPr>
        <w:t>6. Szürkevíz-rendszer</w:t>
      </w:r>
    </w:p>
    <w:p w14:paraId="114229B4" w14:textId="49194D40" w:rsidR="00AA55F8" w:rsidRDefault="00AA55F8" w:rsidP="00703AD6">
      <w:pPr>
        <w:spacing w:before="100" w:after="60"/>
        <w:jc w:val="both"/>
        <w:rPr>
          <w:lang w:val="hu-HU"/>
        </w:rPr>
      </w:pPr>
    </w:p>
    <w:p w14:paraId="6AB56A89" w14:textId="77777777" w:rsidR="00CF7481" w:rsidRDefault="00CF7481" w:rsidP="00703AD6">
      <w:pPr>
        <w:spacing w:before="100" w:after="60"/>
        <w:jc w:val="both"/>
        <w:rPr>
          <w:lang w:val="hu-HU"/>
        </w:rPr>
      </w:pPr>
    </w:p>
    <w:p w14:paraId="4B4AC841" w14:textId="63CE0EC7" w:rsidR="00703AD6" w:rsidRPr="00AE6E73" w:rsidRDefault="00703AD6" w:rsidP="00703AD6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 xml:space="preserve">A Munkacsoport </w:t>
      </w:r>
      <w:r w:rsidR="005626F8">
        <w:rPr>
          <w:lang w:val="hu-HU"/>
        </w:rPr>
        <w:t>6</w:t>
      </w:r>
      <w:r w:rsidRPr="00AE6E73">
        <w:rPr>
          <w:lang w:val="hu-HU"/>
        </w:rPr>
        <w:t xml:space="preserve"> igen, </w:t>
      </w:r>
      <w:r w:rsidR="005626F8">
        <w:rPr>
          <w:lang w:val="hu-HU"/>
        </w:rPr>
        <w:t>7</w:t>
      </w:r>
      <w:r w:rsidRPr="00AE6E73">
        <w:rPr>
          <w:lang w:val="hu-HU"/>
        </w:rPr>
        <w:t xml:space="preserve"> tartózkodás, </w:t>
      </w:r>
      <w:r w:rsidR="005626F8">
        <w:rPr>
          <w:lang w:val="hu-HU"/>
        </w:rPr>
        <w:t>2</w:t>
      </w:r>
      <w:r w:rsidRPr="00AE6E73">
        <w:rPr>
          <w:lang w:val="hu-HU"/>
        </w:rPr>
        <w:t xml:space="preserve"> nem szavazattal az alábbi határozatot hozta:</w:t>
      </w:r>
    </w:p>
    <w:p w14:paraId="40BCC846" w14:textId="77777777" w:rsidR="00703AD6" w:rsidRPr="00AE6E73" w:rsidRDefault="00703AD6" w:rsidP="00703AD6">
      <w:pPr>
        <w:spacing w:before="100" w:after="60"/>
        <w:jc w:val="both"/>
        <w:rPr>
          <w:lang w:val="hu-HU"/>
        </w:rPr>
      </w:pPr>
    </w:p>
    <w:p w14:paraId="0907D3D2" w14:textId="4DA2DD2D" w:rsidR="00180A75" w:rsidRPr="00AE6E73" w:rsidRDefault="00D3454F">
      <w:pPr>
        <w:spacing w:after="80"/>
        <w:jc w:val="center"/>
        <w:rPr>
          <w:lang w:val="hu-HU"/>
        </w:rPr>
      </w:pPr>
      <w:r>
        <w:rPr>
          <w:b/>
          <w:lang w:val="hu-HU"/>
        </w:rPr>
        <w:t>36</w:t>
      </w:r>
      <w:r w:rsidR="00472F60" w:rsidRPr="00AE6E73">
        <w:rPr>
          <w:b/>
          <w:lang w:val="hu-HU"/>
        </w:rPr>
        <w:t xml:space="preserve">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412A8224" w14:textId="772C14D7" w:rsidR="005626F8" w:rsidRPr="005626F8" w:rsidRDefault="005626F8" w:rsidP="005626F8">
      <w:pPr>
        <w:spacing w:after="160"/>
        <w:jc w:val="center"/>
        <w:rPr>
          <w:b/>
          <w:lang w:val="hu-HU"/>
        </w:rPr>
      </w:pPr>
      <w:r w:rsidRPr="005626F8">
        <w:rPr>
          <w:b/>
          <w:lang w:val="hu-HU"/>
        </w:rPr>
        <w:t>1B/3. Belső körvasút alatt vizes élőhely</w:t>
      </w:r>
      <w:r w:rsidR="008F1CAB">
        <w:rPr>
          <w:b/>
          <w:lang w:val="hu-HU"/>
        </w:rPr>
        <w:t>ekről</w:t>
      </w:r>
    </w:p>
    <w:p w14:paraId="2166E528" w14:textId="12232FA9" w:rsidR="00C30C55" w:rsidRPr="00C30C55" w:rsidRDefault="00C30C55" w:rsidP="00C30C55">
      <w:pPr>
        <w:spacing w:after="160"/>
        <w:rPr>
          <w:lang w:val="hu-HU"/>
        </w:rPr>
      </w:pPr>
      <w:r w:rsidRPr="00C53A65">
        <w:rPr>
          <w:lang w:val="hu-HU"/>
        </w:rPr>
        <w:lastRenderedPageBreak/>
        <w:t xml:space="preserve">A ZUM támogatja a fejlesztési terv táblázatos programjavaslat </w:t>
      </w:r>
      <w:r w:rsidRPr="00C30C55">
        <w:rPr>
          <w:lang w:val="hu-HU"/>
        </w:rPr>
        <w:t>1B/3. Belső körvasút alatt vizes élőhelyekről</w:t>
      </w:r>
      <w:r w:rsidR="002E7B5E">
        <w:rPr>
          <w:lang w:val="hu-HU"/>
        </w:rPr>
        <w:t xml:space="preserve"> pontjának elfogadását</w:t>
      </w:r>
      <w:r w:rsidR="006E5339">
        <w:rPr>
          <w:lang w:val="hu-HU"/>
        </w:rPr>
        <w:t>:</w:t>
      </w:r>
    </w:p>
    <w:p w14:paraId="161494C3" w14:textId="0DB69DDF" w:rsidR="00585A43" w:rsidRDefault="00C30C55">
      <w:pPr>
        <w:spacing w:after="120"/>
        <w:jc w:val="both"/>
        <w:rPr>
          <w:lang w:val="hu-HU"/>
        </w:rPr>
      </w:pPr>
      <w:r>
        <w:rPr>
          <w:lang w:val="hu-HU"/>
        </w:rPr>
        <w:t>B</w:t>
      </w:r>
      <w:r w:rsidR="008F1CAB" w:rsidRPr="008F1CAB">
        <w:rPr>
          <w:lang w:val="hu-HU"/>
        </w:rPr>
        <w:t>első körvasút alatt vonalszerű biológiailag aktív vizes élőhely. A Francia út és a Mexikói út menti építési telkek között a közterület 73 méter széles. Ez lehetőséget ad 8 fasorra, tengelyben vízes élőhelyekre és oldalanként egy-egy gépjármű- (akár busz- is külön), kerékpár és parkolósávokra is).</w:t>
      </w:r>
    </w:p>
    <w:p w14:paraId="2720D595" w14:textId="77777777" w:rsidR="00585A43" w:rsidRPr="00AE6E73" w:rsidRDefault="00585A43">
      <w:pPr>
        <w:spacing w:after="120"/>
        <w:jc w:val="both"/>
        <w:rPr>
          <w:lang w:val="hu-HU"/>
        </w:rPr>
      </w:pPr>
    </w:p>
    <w:p w14:paraId="6E902443" w14:textId="13B01AC2" w:rsidR="00A54EE3" w:rsidRPr="00AE6E73" w:rsidRDefault="00A54EE3" w:rsidP="00A54EE3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4237B1">
        <w:rPr>
          <w:lang w:val="hu-HU"/>
        </w:rPr>
        <w:t>5</w:t>
      </w:r>
      <w:r w:rsidRPr="00AE6E73">
        <w:rPr>
          <w:lang w:val="hu-HU"/>
        </w:rPr>
        <w:t xml:space="preserve"> igen, 0 tartózkodás, 0 nem szavazattal az alábbi határozatot hozta:</w:t>
      </w:r>
    </w:p>
    <w:p w14:paraId="737F2B56" w14:textId="77777777" w:rsidR="00A54EE3" w:rsidRPr="00AE6E73" w:rsidRDefault="00A54EE3" w:rsidP="00A54EE3">
      <w:pPr>
        <w:spacing w:before="100" w:after="60"/>
        <w:jc w:val="both"/>
        <w:rPr>
          <w:lang w:val="hu-HU"/>
        </w:rPr>
      </w:pPr>
    </w:p>
    <w:p w14:paraId="511607F0" w14:textId="3391F1E5" w:rsidR="00180A75" w:rsidRPr="00AE6E73" w:rsidRDefault="004237B1">
      <w:pPr>
        <w:spacing w:after="80"/>
        <w:jc w:val="center"/>
        <w:rPr>
          <w:lang w:val="hu-HU"/>
        </w:rPr>
      </w:pPr>
      <w:r>
        <w:rPr>
          <w:b/>
          <w:lang w:val="hu-HU"/>
        </w:rPr>
        <w:t>3</w:t>
      </w:r>
      <w:r w:rsidR="00472F60" w:rsidRPr="00AE6E73">
        <w:rPr>
          <w:b/>
          <w:lang w:val="hu-HU"/>
        </w:rPr>
        <w:t xml:space="preserve">7/2026.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29B3DCF0" w14:textId="7CD6C0AA" w:rsidR="00BD5CC9" w:rsidRPr="00BD5CC9" w:rsidRDefault="00BD5CC9" w:rsidP="00BD5CC9">
      <w:pPr>
        <w:spacing w:after="160"/>
        <w:jc w:val="center"/>
        <w:rPr>
          <w:b/>
          <w:lang w:val="hu-HU"/>
        </w:rPr>
      </w:pPr>
      <w:r w:rsidRPr="00BD5CC9">
        <w:rPr>
          <w:b/>
          <w:lang w:val="hu-HU"/>
        </w:rPr>
        <w:t>2. Allék</w:t>
      </w:r>
      <w:r w:rsidR="00340C41">
        <w:rPr>
          <w:b/>
          <w:lang w:val="hu-HU"/>
        </w:rPr>
        <w:t>ról</w:t>
      </w:r>
      <w:r w:rsidRPr="00BD5CC9">
        <w:rPr>
          <w:b/>
          <w:lang w:val="hu-HU"/>
        </w:rPr>
        <w:t>, zöldfelületek</w:t>
      </w:r>
      <w:r w:rsidR="00340C41">
        <w:rPr>
          <w:b/>
          <w:lang w:val="hu-HU"/>
        </w:rPr>
        <w:t>ről</w:t>
      </w:r>
      <w:r w:rsidRPr="00BD5CC9">
        <w:rPr>
          <w:b/>
          <w:lang w:val="hu-HU"/>
        </w:rPr>
        <w:t xml:space="preserve"> (2B/5. Egressy út kék fák kivételével)</w:t>
      </w:r>
    </w:p>
    <w:p w14:paraId="0535ED6A" w14:textId="328AFFAB" w:rsidR="00C53A65" w:rsidRDefault="00C53A65" w:rsidP="00C53A65">
      <w:pPr>
        <w:spacing w:line="240" w:lineRule="auto"/>
        <w:jc w:val="both"/>
        <w:rPr>
          <w:rFonts w:ascii="Calibri" w:hAnsi="Calibri"/>
          <w:b/>
          <w:bCs/>
          <w:color w:val="0070C0"/>
          <w:sz w:val="20"/>
          <w:szCs w:val="20"/>
        </w:rPr>
      </w:pPr>
    </w:p>
    <w:p w14:paraId="00E1A579" w14:textId="5B8F00C8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A ZUM támogatja a fejlesztési terv táblázatos programjavaslat 2. Allék, zöldfelületek alábbi pontjainak elfogadását:</w:t>
      </w:r>
    </w:p>
    <w:p w14:paraId="3C3A5AD4" w14:textId="77777777" w:rsidR="0052475D" w:rsidRDefault="0052475D" w:rsidP="0052475D">
      <w:pPr>
        <w:spacing w:after="120"/>
        <w:jc w:val="both"/>
        <w:rPr>
          <w:lang w:val="hu-HU"/>
        </w:rPr>
      </w:pPr>
      <w:r w:rsidRPr="00C53A65">
        <w:rPr>
          <w:lang w:val="hu-HU"/>
        </w:rPr>
        <w:t>Az új és meglévő fasorok, allék, zöldtengelyek és általános zöldfelületi programok rendszere.</w:t>
      </w:r>
    </w:p>
    <w:p w14:paraId="6B95BBA4" w14:textId="21BDA28F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2A. Új allék</w:t>
      </w:r>
    </w:p>
    <w:p w14:paraId="6A4C749E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1. Kacsóh Pongrác út új alléja</w:t>
      </w:r>
    </w:p>
    <w:p w14:paraId="1222C850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2. Új körvasúti allék</w:t>
      </w:r>
    </w:p>
    <w:p w14:paraId="5B6B62A7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3. Kerepesi út új allé</w:t>
      </w:r>
    </w:p>
    <w:p w14:paraId="41B48659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4. Új, kerületeket összekötő erdősáv</w:t>
      </w:r>
    </w:p>
    <w:p w14:paraId="4592CA77" w14:textId="65F89428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 xml:space="preserve">5. </w:t>
      </w:r>
      <w:r w:rsidR="00261433">
        <w:rPr>
          <w:lang w:val="hu-HU"/>
        </w:rPr>
        <w:t>Egressy út fél Allee - H</w:t>
      </w:r>
      <w:r w:rsidRPr="00C53A65">
        <w:rPr>
          <w:lang w:val="hu-HU"/>
        </w:rPr>
        <w:t>ármas fasor</w:t>
      </w:r>
    </w:p>
    <w:p w14:paraId="2B6E11AC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2B. Közterületi zöld</w:t>
      </w:r>
    </w:p>
    <w:p w14:paraId="38A8B02D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1. Meglévő allék fejlesztése</w:t>
      </w:r>
    </w:p>
    <w:p w14:paraId="3A7B8D22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2. Róna allé</w:t>
      </w:r>
    </w:p>
    <w:p w14:paraId="30E22293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3. „3-30-300” szabály</w:t>
      </w:r>
    </w:p>
    <w:p w14:paraId="6E553758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4. Közhasználatú területek zöldje</w:t>
      </w:r>
    </w:p>
    <w:p w14:paraId="563911EB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6. Városliget kerítések</w:t>
      </w:r>
    </w:p>
    <w:p w14:paraId="66715463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7. Elhagyott játszótér helyett zöld</w:t>
      </w:r>
    </w:p>
    <w:p w14:paraId="24BF4903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8. Írottkó parkban parkosítás</w:t>
      </w:r>
    </w:p>
    <w:p w14:paraId="5960B2E8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9. Nyugat-Zugló közparkjai</w:t>
      </w:r>
    </w:p>
    <w:p w14:paraId="6DBC5EAC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10. közterületi zöldsávok öntözése</w:t>
      </w:r>
    </w:p>
    <w:p w14:paraId="6E88D801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2C. Zöldprogramok telkekre</w:t>
      </w:r>
    </w:p>
    <w:p w14:paraId="12D39162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1. Üres telek zöld</w:t>
      </w:r>
    </w:p>
    <w:p w14:paraId="597D092F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2. Zöldstop építési övezeti telkeken</w:t>
      </w:r>
    </w:p>
    <w:p w14:paraId="2CD62CD6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3. Beültetési kötelezettség</w:t>
      </w:r>
    </w:p>
    <w:p w14:paraId="2F82E2A3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4. Zöldtető-program</w:t>
      </w:r>
    </w:p>
    <w:p w14:paraId="4B3D5956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lastRenderedPageBreak/>
        <w:t>5. Új beépítésnél park közhasználat</w:t>
      </w:r>
    </w:p>
    <w:p w14:paraId="0B991515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2D. Általános zöldprogramok</w:t>
      </w:r>
    </w:p>
    <w:p w14:paraId="0ACA7C22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1. Fák védelme</w:t>
      </w:r>
    </w:p>
    <w:p w14:paraId="1508CBFE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2. Zöldkódex</w:t>
      </w:r>
    </w:p>
    <w:p w14:paraId="0D868620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3. Növényültetési útmutató</w:t>
      </w:r>
    </w:p>
    <w:p w14:paraId="7CD42B99" w14:textId="77777777" w:rsidR="00C53A65" w:rsidRPr="00C53A65" w:rsidRDefault="00C53A65" w:rsidP="0064309F">
      <w:pPr>
        <w:spacing w:after="120"/>
        <w:jc w:val="both"/>
        <w:rPr>
          <w:lang w:val="hu-HU"/>
        </w:rPr>
      </w:pPr>
      <w:r w:rsidRPr="00C53A65">
        <w:rPr>
          <w:lang w:val="hu-HU"/>
        </w:rPr>
        <w:t>4. Sheffield-modell</w:t>
      </w:r>
    </w:p>
    <w:p w14:paraId="4090CC43" w14:textId="77777777" w:rsidR="00C53A65" w:rsidRDefault="00C53A65" w:rsidP="00A54EE3">
      <w:pPr>
        <w:spacing w:after="80"/>
        <w:jc w:val="both"/>
        <w:rPr>
          <w:lang w:val="hu-HU"/>
        </w:rPr>
      </w:pPr>
    </w:p>
    <w:p w14:paraId="30F708C4" w14:textId="77777777" w:rsidR="00585A43" w:rsidRPr="00AE6E73" w:rsidRDefault="00585A43" w:rsidP="00A54EE3">
      <w:pPr>
        <w:spacing w:after="80"/>
        <w:jc w:val="both"/>
        <w:rPr>
          <w:lang w:val="hu-HU"/>
        </w:rPr>
      </w:pPr>
    </w:p>
    <w:p w14:paraId="33EFD74B" w14:textId="691703DF" w:rsidR="00EE5F30" w:rsidRDefault="00EE5F30" w:rsidP="00EE5F30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6F3257">
        <w:rPr>
          <w:lang w:val="hu-HU"/>
        </w:rPr>
        <w:t>2</w:t>
      </w:r>
      <w:r w:rsidRPr="00AE6E73">
        <w:rPr>
          <w:lang w:val="hu-HU"/>
        </w:rPr>
        <w:t xml:space="preserve"> igen, </w:t>
      </w:r>
      <w:r w:rsidR="00CD4BED">
        <w:rPr>
          <w:lang w:val="hu-HU"/>
        </w:rPr>
        <w:t>3</w:t>
      </w:r>
      <w:r w:rsidRPr="00AE6E73">
        <w:rPr>
          <w:lang w:val="hu-HU"/>
        </w:rPr>
        <w:t xml:space="preserve"> tartózkodás, 0 nem szavazattal az alábbi határozatot hozta:</w:t>
      </w:r>
    </w:p>
    <w:p w14:paraId="08F7B1D4" w14:textId="77777777" w:rsidR="00585A43" w:rsidRPr="00AE6E73" w:rsidRDefault="00585A43" w:rsidP="00EE5F30">
      <w:pPr>
        <w:spacing w:before="100" w:after="60"/>
        <w:jc w:val="both"/>
        <w:rPr>
          <w:lang w:val="hu-HU"/>
        </w:rPr>
      </w:pPr>
    </w:p>
    <w:p w14:paraId="032AD498" w14:textId="668D825C" w:rsidR="00180A75" w:rsidRPr="00AE6E73" w:rsidRDefault="00CD4BED">
      <w:pPr>
        <w:spacing w:after="80"/>
        <w:jc w:val="center"/>
        <w:rPr>
          <w:lang w:val="hu-HU"/>
        </w:rPr>
      </w:pPr>
      <w:r>
        <w:rPr>
          <w:b/>
          <w:lang w:val="hu-HU"/>
        </w:rPr>
        <w:t>3</w:t>
      </w:r>
      <w:r w:rsidR="00472F60" w:rsidRPr="00AE6E73">
        <w:rPr>
          <w:b/>
          <w:lang w:val="hu-HU"/>
        </w:rPr>
        <w:t xml:space="preserve">8/2026.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23A44913" w14:textId="2FE8FEBA" w:rsidR="009B0E5A" w:rsidRPr="009B0E5A" w:rsidRDefault="009B0E5A" w:rsidP="009B0E5A">
      <w:pPr>
        <w:spacing w:after="160"/>
        <w:jc w:val="center"/>
        <w:rPr>
          <w:b/>
          <w:lang w:val="hu-HU"/>
        </w:rPr>
      </w:pPr>
      <w:r w:rsidRPr="009B0E5A">
        <w:rPr>
          <w:b/>
          <w:lang w:val="hu-HU"/>
        </w:rPr>
        <w:t>2B/5. Egressy út kék fák</w:t>
      </w:r>
      <w:r w:rsidR="001F5CDE">
        <w:rPr>
          <w:b/>
          <w:lang w:val="hu-HU"/>
        </w:rPr>
        <w:t>ról</w:t>
      </w:r>
    </w:p>
    <w:p w14:paraId="1FB049A7" w14:textId="198CF74A" w:rsidR="00131065" w:rsidRPr="00131065" w:rsidRDefault="00DD64E7" w:rsidP="00131065">
      <w:pPr>
        <w:spacing w:after="160"/>
        <w:rPr>
          <w:lang w:val="hu-HU"/>
        </w:rPr>
      </w:pPr>
      <w:r w:rsidRPr="00131065">
        <w:rPr>
          <w:lang w:val="hu-HU"/>
        </w:rPr>
        <w:t xml:space="preserve">A ZUM támogatja </w:t>
      </w:r>
      <w:r w:rsidR="00296333" w:rsidRPr="00F2685F">
        <w:rPr>
          <w:lang w:val="hu-HU"/>
        </w:rPr>
        <w:t xml:space="preserve">a fejlesztési terv táblázatos programjavaslat </w:t>
      </w:r>
      <w:r w:rsidR="00131065" w:rsidRPr="00131065">
        <w:rPr>
          <w:lang w:val="hu-HU"/>
        </w:rPr>
        <w:t>2B/5. Egressy út kék fák</w:t>
      </w:r>
      <w:r w:rsidR="003458B5">
        <w:rPr>
          <w:lang w:val="hu-HU"/>
        </w:rPr>
        <w:t xml:space="preserve"> pont</w:t>
      </w:r>
      <w:r w:rsidR="00CA4490">
        <w:rPr>
          <w:lang w:val="hu-HU"/>
        </w:rPr>
        <w:t>j</w:t>
      </w:r>
      <w:r w:rsidR="003458B5">
        <w:rPr>
          <w:lang w:val="hu-HU"/>
        </w:rPr>
        <w:t>ának elfogadását:</w:t>
      </w:r>
    </w:p>
    <w:p w14:paraId="508A56AC" w14:textId="49065F96" w:rsidR="001F5CDE" w:rsidRDefault="001F5CDE">
      <w:pPr>
        <w:spacing w:after="120"/>
        <w:jc w:val="both"/>
        <w:rPr>
          <w:lang w:val="hu-HU"/>
        </w:rPr>
      </w:pPr>
      <w:r w:rsidRPr="00131065">
        <w:rPr>
          <w:lang w:val="hu-HU"/>
        </w:rPr>
        <w:t>A „kék fa” a településrendezési és kerületi építési szabályzatokban (KÉSZ) egy ideiglenesen, kifejezetten későbbi kivágási szándékkal ültetett fát jelent, ideiglenes parkolás mellett fasor. Hosszú távon buszsáv kerékpárút.</w:t>
      </w:r>
    </w:p>
    <w:p w14:paraId="09165D48" w14:textId="77777777" w:rsidR="00585A43" w:rsidRDefault="00585A43" w:rsidP="00830863">
      <w:pPr>
        <w:spacing w:before="100" w:after="60"/>
        <w:jc w:val="both"/>
        <w:rPr>
          <w:lang w:val="hu-HU"/>
        </w:rPr>
      </w:pPr>
    </w:p>
    <w:p w14:paraId="753A6021" w14:textId="77777777" w:rsidR="00585A43" w:rsidRDefault="00585A43" w:rsidP="00830863">
      <w:pPr>
        <w:spacing w:before="100" w:after="60"/>
        <w:jc w:val="both"/>
        <w:rPr>
          <w:lang w:val="hu-HU"/>
        </w:rPr>
      </w:pPr>
    </w:p>
    <w:p w14:paraId="596535EF" w14:textId="5A79C68A" w:rsidR="00830863" w:rsidRPr="00AE6E73" w:rsidRDefault="00830863" w:rsidP="00830863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2A1588">
        <w:rPr>
          <w:lang w:val="hu-HU"/>
        </w:rPr>
        <w:t>5</w:t>
      </w:r>
      <w:r w:rsidRPr="00AE6E73">
        <w:rPr>
          <w:lang w:val="hu-HU"/>
        </w:rPr>
        <w:t xml:space="preserve"> igen, 0 tartózkodás, 0 nem szavazattal az alábbi határozatot hozta:</w:t>
      </w:r>
    </w:p>
    <w:p w14:paraId="44DFB9A3" w14:textId="77777777" w:rsidR="00830863" w:rsidRPr="00AE6E73" w:rsidRDefault="00830863" w:rsidP="00830863">
      <w:pPr>
        <w:spacing w:before="100" w:after="60"/>
        <w:jc w:val="both"/>
        <w:rPr>
          <w:lang w:val="hu-HU"/>
        </w:rPr>
      </w:pPr>
    </w:p>
    <w:p w14:paraId="7125E043" w14:textId="2153FB98" w:rsidR="00180A75" w:rsidRPr="00AE6E73" w:rsidRDefault="00940245">
      <w:pPr>
        <w:spacing w:after="80"/>
        <w:jc w:val="center"/>
        <w:rPr>
          <w:lang w:val="hu-HU"/>
        </w:rPr>
      </w:pPr>
      <w:r>
        <w:rPr>
          <w:b/>
          <w:lang w:val="hu-HU"/>
        </w:rPr>
        <w:t>3</w:t>
      </w:r>
      <w:r w:rsidR="00472F60" w:rsidRPr="00AE6E73">
        <w:rPr>
          <w:b/>
          <w:lang w:val="hu-HU"/>
        </w:rPr>
        <w:t xml:space="preserve">9/2026.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5FFC720F" w14:textId="3A245AAF" w:rsidR="00F2685F" w:rsidRDefault="00847820" w:rsidP="00D8164D">
      <w:pPr>
        <w:spacing w:after="160"/>
        <w:jc w:val="center"/>
        <w:rPr>
          <w:b/>
          <w:lang w:val="hu-HU"/>
        </w:rPr>
      </w:pPr>
      <w:r w:rsidRPr="00847820">
        <w:rPr>
          <w:b/>
          <w:lang w:val="hu-HU"/>
        </w:rPr>
        <w:t>3. Közlekedés</w:t>
      </w:r>
      <w:r w:rsidR="00940245">
        <w:rPr>
          <w:b/>
          <w:lang w:val="hu-HU"/>
        </w:rPr>
        <w:t>ről</w:t>
      </w:r>
      <w:r w:rsidRPr="00847820">
        <w:rPr>
          <w:b/>
          <w:lang w:val="hu-HU"/>
        </w:rPr>
        <w:t>, lakónegyedek</w:t>
      </w:r>
      <w:r w:rsidR="00940245">
        <w:rPr>
          <w:b/>
          <w:lang w:val="hu-HU"/>
        </w:rPr>
        <w:t>ről</w:t>
      </w:r>
      <w:r w:rsidRPr="00847820">
        <w:rPr>
          <w:b/>
          <w:lang w:val="hu-HU"/>
        </w:rPr>
        <w:t>, parkolás</w:t>
      </w:r>
      <w:r w:rsidR="00940245">
        <w:rPr>
          <w:b/>
          <w:lang w:val="hu-HU"/>
        </w:rPr>
        <w:t>ról</w:t>
      </w:r>
      <w:r w:rsidRPr="00847820">
        <w:rPr>
          <w:b/>
          <w:lang w:val="hu-HU"/>
        </w:rPr>
        <w:t xml:space="preserve"> (3C/4. Rákosrendezői közúti villamos kivételével)</w:t>
      </w:r>
    </w:p>
    <w:p w14:paraId="659CD9DF" w14:textId="1F27E713" w:rsid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A ZUM támogatja a fejlesztési terv táblázatos programjavaslat 3. Közlekedés, lakónegyedek, parkolás alábbi pontjainak elfogadását:</w:t>
      </w:r>
    </w:p>
    <w:p w14:paraId="008D34F6" w14:textId="77777777" w:rsidR="0052475D" w:rsidRDefault="0052475D" w:rsidP="0052475D">
      <w:pPr>
        <w:spacing w:after="120"/>
        <w:jc w:val="both"/>
        <w:rPr>
          <w:lang w:val="hu-HU"/>
        </w:rPr>
      </w:pPr>
      <w:r w:rsidRPr="00F2685F">
        <w:rPr>
          <w:lang w:val="hu-HU"/>
        </w:rPr>
        <w:t>A nagyvasúti, metró- és villamoshálózat, a főutcák és a forgalomcsillapított lakónegyedek összehangolt fejlesztése.</w:t>
      </w:r>
    </w:p>
    <w:p w14:paraId="4D5F3A72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3A. Nagyvasút</w:t>
      </w:r>
    </w:p>
    <w:p w14:paraId="5951F99C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1. Belső körvasút rekonstrukciója</w:t>
      </w:r>
    </w:p>
    <w:p w14:paraId="38E1B97A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2. Belső körvasút zajvédelme</w:t>
      </w:r>
    </w:p>
    <w:p w14:paraId="46955510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3. Rákosrendezőn a nagyvasút</w:t>
      </w:r>
    </w:p>
    <w:p w14:paraId="69ED152F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4. Mogyoródi út külső vasútnál</w:t>
      </w:r>
    </w:p>
    <w:p w14:paraId="4752AC20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3B. Metrók</w:t>
      </w:r>
    </w:p>
    <w:p w14:paraId="49A231B9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1. M4 metró</w:t>
      </w:r>
    </w:p>
    <w:p w14:paraId="6E5A67D6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lastRenderedPageBreak/>
        <w:t>2. M2 metró – H8/H9 összekötés</w:t>
      </w:r>
    </w:p>
    <w:p w14:paraId="1D4E7095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3. M1 metró felújítása</w:t>
      </w:r>
    </w:p>
    <w:p w14:paraId="6541D713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4. M1 végállomás ideiglenes kapcsolatai</w:t>
      </w:r>
    </w:p>
    <w:p w14:paraId="29E4D0AA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3C. Közúti villamosok</w:t>
      </w:r>
    </w:p>
    <w:p w14:paraId="4A25DEA7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1. Kacsóh Pongrác úti új villamosvonal</w:t>
      </w:r>
    </w:p>
    <w:p w14:paraId="29DB7ECB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2. Szegedi úti villamosátkötés</w:t>
      </w:r>
    </w:p>
    <w:p w14:paraId="649BE838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3. 69-es villamos a Városligetbe vezetve</w:t>
      </w:r>
    </w:p>
    <w:p w14:paraId="4C288835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3D. Főutca-, utca programok</w:t>
      </w:r>
    </w:p>
    <w:p w14:paraId="49FE2741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1. Thököly útra program</w:t>
      </w:r>
    </w:p>
    <w:p w14:paraId="3634C5D3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2. Nagy Lajos király útra program</w:t>
      </w:r>
    </w:p>
    <w:p w14:paraId="219607FF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3. Kerékpáros sávok a főutakon</w:t>
      </w:r>
    </w:p>
    <w:p w14:paraId="13BD7B09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3E. Lakónegyedek</w:t>
      </w:r>
    </w:p>
    <w:p w14:paraId="6725C0FD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1. Lakónegyedek forgalmi rendezése</w:t>
      </w:r>
    </w:p>
    <w:p w14:paraId="2E699702" w14:textId="77777777" w:rsidR="00F2685F" w:rsidRPr="00F2685F" w:rsidRDefault="00F2685F" w:rsidP="009A61FB">
      <w:pPr>
        <w:spacing w:after="120"/>
        <w:jc w:val="both"/>
        <w:rPr>
          <w:lang w:val="hu-HU"/>
        </w:rPr>
      </w:pPr>
      <w:r w:rsidRPr="00F2685F">
        <w:rPr>
          <w:lang w:val="hu-HU"/>
        </w:rPr>
        <w:t>2. Mikromobilitás és KRESZ javaslatok</w:t>
      </w:r>
    </w:p>
    <w:p w14:paraId="0767FB66" w14:textId="44356C27" w:rsidR="00585A43" w:rsidRDefault="00585A43" w:rsidP="00BF6458">
      <w:pPr>
        <w:spacing w:before="100" w:after="60"/>
        <w:jc w:val="both"/>
        <w:rPr>
          <w:lang w:val="hu-HU"/>
        </w:rPr>
      </w:pPr>
    </w:p>
    <w:p w14:paraId="5082E325" w14:textId="77777777" w:rsidR="0052475D" w:rsidRDefault="0052475D" w:rsidP="00BF6458">
      <w:pPr>
        <w:spacing w:before="100" w:after="60"/>
        <w:jc w:val="both"/>
        <w:rPr>
          <w:lang w:val="hu-HU"/>
        </w:rPr>
      </w:pPr>
    </w:p>
    <w:p w14:paraId="126B3503" w14:textId="2791BA48" w:rsidR="00BF6458" w:rsidRPr="00AE6E73" w:rsidRDefault="00BF6458" w:rsidP="00BF6458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A74E76">
        <w:rPr>
          <w:lang w:val="hu-HU"/>
        </w:rPr>
        <w:t>4</w:t>
      </w:r>
      <w:r w:rsidRPr="00AE6E73">
        <w:rPr>
          <w:lang w:val="hu-HU"/>
        </w:rPr>
        <w:t xml:space="preserve"> igen, 0 tartózkodás, </w:t>
      </w:r>
      <w:r w:rsidR="00A74E76">
        <w:rPr>
          <w:lang w:val="hu-HU"/>
        </w:rPr>
        <w:t>1</w:t>
      </w:r>
      <w:r w:rsidRPr="00AE6E73">
        <w:rPr>
          <w:lang w:val="hu-HU"/>
        </w:rPr>
        <w:t xml:space="preserve"> nem szavazattal az alábbi határozatot hozta:</w:t>
      </w:r>
    </w:p>
    <w:p w14:paraId="65049294" w14:textId="604377C4" w:rsidR="00180A75" w:rsidRPr="00AE6E73" w:rsidRDefault="00180A75">
      <w:pPr>
        <w:spacing w:after="120"/>
        <w:jc w:val="both"/>
        <w:rPr>
          <w:lang w:val="hu-HU"/>
        </w:rPr>
      </w:pPr>
    </w:p>
    <w:p w14:paraId="4DA91B08" w14:textId="59EAD428" w:rsidR="00180A75" w:rsidRPr="00A74E76" w:rsidRDefault="00A74E76" w:rsidP="00A74E76">
      <w:pPr>
        <w:spacing w:after="80"/>
        <w:jc w:val="center"/>
        <w:rPr>
          <w:lang w:val="hu-HU"/>
        </w:rPr>
      </w:pPr>
      <w:r>
        <w:rPr>
          <w:b/>
          <w:lang w:val="hu-HU"/>
        </w:rPr>
        <w:t>40</w:t>
      </w:r>
      <w:r w:rsidR="00472F60" w:rsidRPr="00AE6E73">
        <w:rPr>
          <w:b/>
          <w:lang w:val="hu-HU"/>
        </w:rPr>
        <w:t xml:space="preserve">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16FA036C" w14:textId="3FBD6D99" w:rsidR="00C125EE" w:rsidRPr="00781C2A" w:rsidRDefault="00A74E76" w:rsidP="00781C2A">
      <w:pPr>
        <w:spacing w:after="160"/>
        <w:jc w:val="center"/>
        <w:rPr>
          <w:b/>
          <w:lang w:val="hu-HU"/>
        </w:rPr>
      </w:pPr>
      <w:r w:rsidRPr="00A74E76">
        <w:rPr>
          <w:b/>
          <w:lang w:val="hu-HU"/>
        </w:rPr>
        <w:t>3C/4. Rákosrendezői közúti villamos</w:t>
      </w:r>
      <w:r w:rsidR="00F553C0">
        <w:rPr>
          <w:b/>
          <w:lang w:val="hu-HU"/>
        </w:rPr>
        <w:t>ról</w:t>
      </w:r>
      <w:r w:rsidRPr="00A74E76">
        <w:rPr>
          <w:b/>
          <w:lang w:val="hu-HU"/>
        </w:rPr>
        <w:t xml:space="preserve"> (villamos meghajtású jármű)</w:t>
      </w:r>
    </w:p>
    <w:p w14:paraId="52A859AF" w14:textId="426F160F" w:rsidR="008F55E1" w:rsidRPr="008F55E1" w:rsidRDefault="008F55E1" w:rsidP="009A61FB">
      <w:pPr>
        <w:spacing w:after="120"/>
        <w:jc w:val="both"/>
        <w:rPr>
          <w:lang w:val="hu-HU"/>
        </w:rPr>
      </w:pPr>
      <w:r w:rsidRPr="008F55E1">
        <w:rPr>
          <w:lang w:val="hu-HU"/>
        </w:rPr>
        <w:t>A ZUM támogatja a fejlesztési terv táblázatos programjavaslat 3C/4. Rákosrendezői közúti villamosról pontj</w:t>
      </w:r>
      <w:r w:rsidR="00B65C01">
        <w:rPr>
          <w:lang w:val="hu-HU"/>
        </w:rPr>
        <w:t>ának</w:t>
      </w:r>
      <w:r w:rsidRPr="008F55E1">
        <w:rPr>
          <w:lang w:val="hu-HU"/>
        </w:rPr>
        <w:t xml:space="preserve"> elfogadását</w:t>
      </w:r>
      <w:r w:rsidR="00E574F6">
        <w:rPr>
          <w:lang w:val="hu-HU"/>
        </w:rPr>
        <w:t xml:space="preserve"> az alábbi módon.</w:t>
      </w:r>
    </w:p>
    <w:p w14:paraId="552E24F4" w14:textId="3705CFF4" w:rsidR="00F553C0" w:rsidRDefault="00F553C0">
      <w:pPr>
        <w:spacing w:after="120"/>
        <w:jc w:val="both"/>
        <w:rPr>
          <w:lang w:val="hu-HU"/>
        </w:rPr>
      </w:pPr>
      <w:r w:rsidRPr="00F553C0">
        <w:rPr>
          <w:lang w:val="hu-HU"/>
        </w:rPr>
        <w:t xml:space="preserve">Rákosrendező bekötése a helyi </w:t>
      </w:r>
      <w:r w:rsidR="00E574F6">
        <w:rPr>
          <w:lang w:val="hu-HU"/>
        </w:rPr>
        <w:t>villamos meghajtású jármű</w:t>
      </w:r>
      <w:r w:rsidRPr="00F553C0">
        <w:rPr>
          <w:lang w:val="hu-HU"/>
        </w:rPr>
        <w:t xml:space="preserve"> közlekedési rendszerbe. Nyugati pályaudvarra villamos kapcsolat, mely a területen hosszában végig megy, egészen a Vasúttörténeti parkig és kb 300-500 méterenként megáll.</w:t>
      </w:r>
    </w:p>
    <w:p w14:paraId="782C9BF3" w14:textId="4850D29D" w:rsidR="00585A43" w:rsidRDefault="00585A43" w:rsidP="00251F30">
      <w:pPr>
        <w:spacing w:before="100" w:after="60"/>
        <w:jc w:val="both"/>
        <w:rPr>
          <w:lang w:val="hu-HU"/>
        </w:rPr>
      </w:pPr>
    </w:p>
    <w:p w14:paraId="5FACB882" w14:textId="77777777" w:rsidR="0052475D" w:rsidRDefault="0052475D" w:rsidP="00251F30">
      <w:pPr>
        <w:spacing w:before="100" w:after="60"/>
        <w:jc w:val="both"/>
        <w:rPr>
          <w:lang w:val="hu-HU"/>
        </w:rPr>
      </w:pPr>
    </w:p>
    <w:p w14:paraId="7AFCE3D3" w14:textId="32E3B338" w:rsidR="00251F30" w:rsidRDefault="00251F30" w:rsidP="00251F30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D14AA9">
        <w:rPr>
          <w:lang w:val="hu-HU"/>
        </w:rPr>
        <w:t>3</w:t>
      </w:r>
      <w:r w:rsidRPr="00AE6E73">
        <w:rPr>
          <w:lang w:val="hu-HU"/>
        </w:rPr>
        <w:t xml:space="preserve"> igen, </w:t>
      </w:r>
      <w:r w:rsidR="00D14AA9">
        <w:rPr>
          <w:lang w:val="hu-HU"/>
        </w:rPr>
        <w:t>1</w:t>
      </w:r>
      <w:r w:rsidRPr="00AE6E73">
        <w:rPr>
          <w:lang w:val="hu-HU"/>
        </w:rPr>
        <w:t xml:space="preserve"> tartózkodás, </w:t>
      </w:r>
      <w:r w:rsidR="00D14AA9">
        <w:rPr>
          <w:lang w:val="hu-HU"/>
        </w:rPr>
        <w:t>0</w:t>
      </w:r>
      <w:r w:rsidRPr="00AE6E73">
        <w:rPr>
          <w:lang w:val="hu-HU"/>
        </w:rPr>
        <w:t xml:space="preserve"> nem szavazattal az alábbi határozatot hozta:</w:t>
      </w:r>
    </w:p>
    <w:p w14:paraId="3C442379" w14:textId="77777777" w:rsidR="00585A43" w:rsidRPr="00AE6E73" w:rsidRDefault="00585A43" w:rsidP="00251F30">
      <w:pPr>
        <w:spacing w:before="100" w:after="60"/>
        <w:jc w:val="both"/>
        <w:rPr>
          <w:lang w:val="hu-HU"/>
        </w:rPr>
      </w:pPr>
    </w:p>
    <w:p w14:paraId="73467D8B" w14:textId="22606820" w:rsidR="00180A75" w:rsidRPr="00AE6E73" w:rsidRDefault="0080085C">
      <w:pPr>
        <w:spacing w:after="80"/>
        <w:jc w:val="center"/>
        <w:rPr>
          <w:lang w:val="hu-HU"/>
        </w:rPr>
      </w:pPr>
      <w:r>
        <w:rPr>
          <w:b/>
          <w:lang w:val="hu-HU"/>
        </w:rPr>
        <w:t>4</w:t>
      </w:r>
      <w:r w:rsidR="00472F60" w:rsidRPr="00AE6E73">
        <w:rPr>
          <w:b/>
          <w:lang w:val="hu-HU"/>
        </w:rPr>
        <w:t xml:space="preserve">1/2026.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1F629763" w14:textId="41ECF29D" w:rsidR="00847E04" w:rsidRPr="00D8164D" w:rsidRDefault="007950A9" w:rsidP="00D8164D">
      <w:pPr>
        <w:spacing w:after="160"/>
        <w:jc w:val="center"/>
        <w:rPr>
          <w:b/>
          <w:lang w:val="hu-HU"/>
        </w:rPr>
      </w:pPr>
      <w:r w:rsidRPr="007950A9">
        <w:rPr>
          <w:b/>
          <w:lang w:val="hu-HU"/>
        </w:rPr>
        <w:t>4. Közterületek</w:t>
      </w:r>
      <w:r>
        <w:rPr>
          <w:b/>
          <w:lang w:val="hu-HU"/>
        </w:rPr>
        <w:t>ről</w:t>
      </w:r>
      <w:r w:rsidRPr="007950A9">
        <w:rPr>
          <w:b/>
          <w:lang w:val="hu-HU"/>
        </w:rPr>
        <w:t xml:space="preserve"> (pl. zöld, parkolás, vasútterületek)</w:t>
      </w:r>
    </w:p>
    <w:p w14:paraId="45F5F888" w14:textId="77777777" w:rsidR="001016DD" w:rsidRPr="001016DD" w:rsidRDefault="001016DD" w:rsidP="001016DD">
      <w:pPr>
        <w:spacing w:after="120"/>
        <w:jc w:val="both"/>
        <w:rPr>
          <w:lang w:val="hu-HU"/>
        </w:rPr>
      </w:pPr>
      <w:r w:rsidRPr="001016DD">
        <w:rPr>
          <w:lang w:val="hu-HU"/>
        </w:rPr>
        <w:t>A ZUM támogatja a fejlesztési terv táblázatos programjavaslat 4. Közterületek (4A., 4B., 4C., 4D. összes) pontjainak elfogadását</w:t>
      </w:r>
    </w:p>
    <w:p w14:paraId="4BFD0D59" w14:textId="084C5426" w:rsidR="001016DD" w:rsidRDefault="001016DD" w:rsidP="001016DD">
      <w:pPr>
        <w:spacing w:after="120"/>
        <w:jc w:val="both"/>
        <w:rPr>
          <w:lang w:val="hu-HU"/>
        </w:rPr>
      </w:pPr>
      <w:r w:rsidRPr="001016DD">
        <w:rPr>
          <w:lang w:val="hu-HU"/>
        </w:rPr>
        <w:t>A közterületek kezelése és fejlesztése, a parkolás, valamint a vasút menti és felszabaduló területek rendezése.</w:t>
      </w:r>
    </w:p>
    <w:p w14:paraId="47A3D4B5" w14:textId="77777777" w:rsidR="00585A43" w:rsidRDefault="00585A43" w:rsidP="006639CF">
      <w:pPr>
        <w:spacing w:before="100" w:after="60"/>
        <w:jc w:val="both"/>
        <w:rPr>
          <w:lang w:val="hu-HU"/>
        </w:rPr>
      </w:pPr>
    </w:p>
    <w:p w14:paraId="489ECC8D" w14:textId="77777777" w:rsidR="00585A43" w:rsidRDefault="00585A43" w:rsidP="006639CF">
      <w:pPr>
        <w:spacing w:before="100" w:after="60"/>
        <w:jc w:val="both"/>
        <w:rPr>
          <w:lang w:val="hu-HU"/>
        </w:rPr>
      </w:pPr>
    </w:p>
    <w:p w14:paraId="55C5E8F4" w14:textId="48663499" w:rsidR="006639CF" w:rsidRDefault="006639CF" w:rsidP="006639CF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DC734E">
        <w:rPr>
          <w:lang w:val="hu-HU"/>
        </w:rPr>
        <w:t>4</w:t>
      </w:r>
      <w:r w:rsidRPr="00AE6E73">
        <w:rPr>
          <w:lang w:val="hu-HU"/>
        </w:rPr>
        <w:t xml:space="preserve"> igen, 0 tartózkodás, 0 nem szavazattal az alábbi határozatot hozta:</w:t>
      </w:r>
    </w:p>
    <w:p w14:paraId="787A80E5" w14:textId="77777777" w:rsidR="00585A43" w:rsidRPr="00AE6E73" w:rsidRDefault="00585A43" w:rsidP="006639CF">
      <w:pPr>
        <w:spacing w:before="100" w:after="60"/>
        <w:jc w:val="both"/>
        <w:rPr>
          <w:lang w:val="hu-HU"/>
        </w:rPr>
      </w:pPr>
    </w:p>
    <w:p w14:paraId="0360008E" w14:textId="3987ABF9" w:rsidR="00180A75" w:rsidRPr="00AE6E73" w:rsidRDefault="00DC734E">
      <w:pPr>
        <w:spacing w:after="80"/>
        <w:jc w:val="center"/>
        <w:rPr>
          <w:lang w:val="hu-HU"/>
        </w:rPr>
      </w:pPr>
      <w:r>
        <w:rPr>
          <w:b/>
          <w:lang w:val="hu-HU"/>
        </w:rPr>
        <w:t>4</w:t>
      </w:r>
      <w:r w:rsidR="00472F60" w:rsidRPr="00AE6E73">
        <w:rPr>
          <w:b/>
          <w:lang w:val="hu-HU"/>
        </w:rPr>
        <w:t xml:space="preserve">2/2026.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693FE605" w14:textId="1E38F22A" w:rsidR="00DC734E" w:rsidRPr="00DC734E" w:rsidRDefault="00DC734E" w:rsidP="00DC734E">
      <w:pPr>
        <w:spacing w:after="160"/>
        <w:jc w:val="center"/>
        <w:rPr>
          <w:b/>
          <w:lang w:val="hu-HU"/>
        </w:rPr>
      </w:pPr>
      <w:r w:rsidRPr="00DC734E">
        <w:rPr>
          <w:b/>
          <w:lang w:val="hu-HU"/>
        </w:rPr>
        <w:t>5. Közintézmények</w:t>
      </w:r>
      <w:r>
        <w:rPr>
          <w:b/>
          <w:lang w:val="hu-HU"/>
        </w:rPr>
        <w:t>ről</w:t>
      </w:r>
    </w:p>
    <w:p w14:paraId="4C10F6DA" w14:textId="002F4D84" w:rsidR="009A61FB" w:rsidRPr="009A61FB" w:rsidRDefault="009A61FB" w:rsidP="009A61FB">
      <w:pPr>
        <w:spacing w:after="120"/>
        <w:jc w:val="both"/>
        <w:rPr>
          <w:lang w:val="hu-HU"/>
        </w:rPr>
      </w:pPr>
      <w:r w:rsidRPr="009A61FB">
        <w:rPr>
          <w:lang w:val="hu-HU"/>
        </w:rPr>
        <w:t xml:space="preserve">A ZUM támogatja a fejlesztési terv táblázatos programjavaslat 5. Közintézmények (5A., 5B., 5C., 5D., 5E., 5F. összes) </w:t>
      </w:r>
      <w:bookmarkStart w:id="0" w:name="_GoBack"/>
      <w:bookmarkEnd w:id="0"/>
      <w:r w:rsidRPr="009A61FB">
        <w:rPr>
          <w:lang w:val="hu-HU"/>
        </w:rPr>
        <w:t>pontjainak elfogadását</w:t>
      </w:r>
    </w:p>
    <w:p w14:paraId="4153EF52" w14:textId="41DAEFC6" w:rsidR="009A61FB" w:rsidRDefault="009A61FB" w:rsidP="009A61FB">
      <w:pPr>
        <w:spacing w:after="120"/>
        <w:jc w:val="both"/>
        <w:rPr>
          <w:lang w:val="hu-HU"/>
        </w:rPr>
      </w:pPr>
      <w:r w:rsidRPr="009A61FB">
        <w:rPr>
          <w:lang w:val="hu-HU"/>
        </w:rPr>
        <w:t>A közintézményi hálózat horizontális, közigazgatási, oktatási, egészségügyi-szociális, kulturális és sport-szabadidős programjai. A kapcitások és a hatótávban található lakosság arányosítása. Kapacitás növelések, vagy új intázmény szükségességének feltárása.</w:t>
      </w:r>
    </w:p>
    <w:p w14:paraId="22ED03FC" w14:textId="77777777" w:rsidR="00585A43" w:rsidRPr="00AE6E73" w:rsidRDefault="00585A43">
      <w:pPr>
        <w:spacing w:after="120"/>
        <w:jc w:val="both"/>
        <w:rPr>
          <w:lang w:val="hu-HU"/>
        </w:rPr>
      </w:pPr>
    </w:p>
    <w:p w14:paraId="462A434A" w14:textId="01A1B24D" w:rsidR="00F653C4" w:rsidRDefault="00F653C4" w:rsidP="00F653C4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CF3DC5">
        <w:rPr>
          <w:lang w:val="hu-HU"/>
        </w:rPr>
        <w:t>4</w:t>
      </w:r>
      <w:r w:rsidRPr="00AE6E73">
        <w:rPr>
          <w:lang w:val="hu-HU"/>
        </w:rPr>
        <w:t xml:space="preserve"> igen, </w:t>
      </w:r>
      <w:r w:rsidR="00CF3DC5">
        <w:rPr>
          <w:lang w:val="hu-HU"/>
        </w:rPr>
        <w:t>0</w:t>
      </w:r>
      <w:r w:rsidRPr="00AE6E73">
        <w:rPr>
          <w:lang w:val="hu-HU"/>
        </w:rPr>
        <w:t xml:space="preserve"> tartózkodás, 0 nem szavazattal az alábbi határozatot hozta:</w:t>
      </w:r>
    </w:p>
    <w:p w14:paraId="2326B6A2" w14:textId="77777777" w:rsidR="00585A43" w:rsidRPr="00AE6E73" w:rsidRDefault="00585A43" w:rsidP="00F653C4">
      <w:pPr>
        <w:spacing w:before="100" w:after="60"/>
        <w:jc w:val="both"/>
        <w:rPr>
          <w:lang w:val="hu-HU"/>
        </w:rPr>
      </w:pPr>
    </w:p>
    <w:p w14:paraId="109CA7DD" w14:textId="2C925000" w:rsidR="00180A75" w:rsidRPr="00AE6E73" w:rsidRDefault="00F248C2">
      <w:pPr>
        <w:spacing w:after="80"/>
        <w:jc w:val="center"/>
        <w:rPr>
          <w:lang w:val="hu-HU"/>
        </w:rPr>
      </w:pPr>
      <w:r>
        <w:rPr>
          <w:b/>
          <w:lang w:val="hu-HU"/>
        </w:rPr>
        <w:t>4</w:t>
      </w:r>
      <w:r w:rsidR="00472F60" w:rsidRPr="00AE6E73">
        <w:rPr>
          <w:b/>
          <w:lang w:val="hu-HU"/>
        </w:rPr>
        <w:t xml:space="preserve">3/2026.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17881284" w14:textId="01AD73EB" w:rsidR="00F248C2" w:rsidRPr="003F3F53" w:rsidRDefault="00F248C2" w:rsidP="003F3F53">
      <w:pPr>
        <w:spacing w:after="160"/>
        <w:jc w:val="center"/>
        <w:rPr>
          <w:b/>
          <w:lang w:val="hu-HU"/>
        </w:rPr>
      </w:pPr>
      <w:r w:rsidRPr="00F248C2">
        <w:rPr>
          <w:b/>
          <w:lang w:val="hu-HU"/>
        </w:rPr>
        <w:t>6. Központok</w:t>
      </w:r>
      <w:r>
        <w:rPr>
          <w:b/>
          <w:lang w:val="hu-HU"/>
        </w:rPr>
        <w:t>ról</w:t>
      </w:r>
    </w:p>
    <w:p w14:paraId="78490A3D" w14:textId="77777777" w:rsidR="00F248C2" w:rsidRPr="00F248C2" w:rsidRDefault="00F248C2" w:rsidP="00F248C2">
      <w:pPr>
        <w:spacing w:after="120"/>
        <w:jc w:val="both"/>
        <w:rPr>
          <w:lang w:val="hu-HU"/>
        </w:rPr>
      </w:pPr>
      <w:r w:rsidRPr="00F248C2">
        <w:rPr>
          <w:lang w:val="hu-HU"/>
        </w:rPr>
        <w:t>A ZUM támogatja a fejlesztési terv táblázatos programjavaslat 6. Központok (6A., 6B., 6C., 6D., 6E összes) pontjainak elfogadását</w:t>
      </w:r>
    </w:p>
    <w:p w14:paraId="6D19582B" w14:textId="251ACA30" w:rsidR="00585A43" w:rsidRDefault="00F248C2" w:rsidP="00F248C2">
      <w:pPr>
        <w:spacing w:after="120"/>
        <w:jc w:val="both"/>
        <w:rPr>
          <w:lang w:val="hu-HU"/>
        </w:rPr>
      </w:pPr>
      <w:r w:rsidRPr="00F248C2">
        <w:rPr>
          <w:lang w:val="hu-HU"/>
        </w:rPr>
        <w:t>A kerületközpontok, új városrészközpontok és szomszédsági szolgáltatási programok hálózata.</w:t>
      </w:r>
    </w:p>
    <w:p w14:paraId="5703C1E3" w14:textId="77777777" w:rsidR="00585A43" w:rsidRDefault="00585A43" w:rsidP="00E26085">
      <w:pPr>
        <w:spacing w:before="100" w:after="60"/>
        <w:jc w:val="both"/>
        <w:rPr>
          <w:lang w:val="hu-HU"/>
        </w:rPr>
      </w:pPr>
    </w:p>
    <w:p w14:paraId="0E841A4C" w14:textId="6923D435" w:rsidR="00E26085" w:rsidRDefault="00E26085" w:rsidP="00E26085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37512B">
        <w:rPr>
          <w:lang w:val="hu-HU"/>
        </w:rPr>
        <w:t>4</w:t>
      </w:r>
      <w:r w:rsidRPr="00AE6E73">
        <w:rPr>
          <w:lang w:val="hu-HU"/>
        </w:rPr>
        <w:t xml:space="preserve"> igen, </w:t>
      </w:r>
      <w:r w:rsidR="0037512B">
        <w:rPr>
          <w:lang w:val="hu-HU"/>
        </w:rPr>
        <w:t>0</w:t>
      </w:r>
      <w:r w:rsidRPr="00AE6E73">
        <w:rPr>
          <w:lang w:val="hu-HU"/>
        </w:rPr>
        <w:t xml:space="preserve"> tartózkodás, 0 nem szavazattal az alábbi határozatot hozta:</w:t>
      </w:r>
    </w:p>
    <w:p w14:paraId="0737D740" w14:textId="77777777" w:rsidR="00585A43" w:rsidRPr="00AE6E73" w:rsidRDefault="00585A43" w:rsidP="00E26085">
      <w:pPr>
        <w:spacing w:before="100" w:after="60"/>
        <w:jc w:val="both"/>
        <w:rPr>
          <w:lang w:val="hu-HU"/>
        </w:rPr>
      </w:pPr>
    </w:p>
    <w:p w14:paraId="7AE54351" w14:textId="599B8D4D" w:rsidR="00180A75" w:rsidRPr="00AE6E73" w:rsidRDefault="003F3F53">
      <w:pPr>
        <w:spacing w:after="80"/>
        <w:jc w:val="center"/>
        <w:rPr>
          <w:lang w:val="hu-HU"/>
        </w:rPr>
      </w:pPr>
      <w:r>
        <w:rPr>
          <w:b/>
          <w:lang w:val="hu-HU"/>
        </w:rPr>
        <w:t>4</w:t>
      </w:r>
      <w:r w:rsidR="00472F60" w:rsidRPr="00AE6E73">
        <w:rPr>
          <w:b/>
          <w:lang w:val="hu-HU"/>
        </w:rPr>
        <w:t xml:space="preserve">4/2026. (VIII. </w:t>
      </w:r>
      <w:r>
        <w:rPr>
          <w:b/>
          <w:lang w:val="hu-HU"/>
        </w:rPr>
        <w:t>24</w:t>
      </w:r>
      <w:r w:rsidR="00472F60" w:rsidRPr="00AE6E73">
        <w:rPr>
          <w:b/>
          <w:lang w:val="hu-HU"/>
        </w:rPr>
        <w:t>.) ZUM Határozat</w:t>
      </w:r>
    </w:p>
    <w:p w14:paraId="72F1F402" w14:textId="0ECF11BA" w:rsidR="00F50D78" w:rsidRPr="00F50D78" w:rsidRDefault="00F50D78" w:rsidP="00F50D78">
      <w:pPr>
        <w:spacing w:after="160"/>
        <w:jc w:val="center"/>
        <w:rPr>
          <w:b/>
          <w:lang w:val="hu-HU"/>
        </w:rPr>
      </w:pPr>
      <w:r w:rsidRPr="00F50D78">
        <w:rPr>
          <w:b/>
          <w:lang w:val="hu-HU"/>
        </w:rPr>
        <w:t>7. Lakófunkciótól elzárt területek</w:t>
      </w:r>
      <w:r>
        <w:rPr>
          <w:b/>
          <w:lang w:val="hu-HU"/>
        </w:rPr>
        <w:t>ről</w:t>
      </w:r>
    </w:p>
    <w:p w14:paraId="5EB98B07" w14:textId="77777777" w:rsidR="00F50D78" w:rsidRPr="00F50D78" w:rsidRDefault="00F50D78" w:rsidP="00F50D78">
      <w:pPr>
        <w:spacing w:after="120"/>
        <w:jc w:val="both"/>
        <w:rPr>
          <w:lang w:val="hu-HU"/>
        </w:rPr>
      </w:pPr>
      <w:r w:rsidRPr="00F50D78">
        <w:rPr>
          <w:lang w:val="hu-HU"/>
        </w:rPr>
        <w:t>A ZUM támogatja a fejlesztési terv táblázatos programjavaslat 7. Lakófunkciótól elzárt területek (A - E összes) pontjainak elfogadását</w:t>
      </w:r>
    </w:p>
    <w:p w14:paraId="0C1A0EE1" w14:textId="0F177BB7" w:rsidR="00F50D78" w:rsidRDefault="00F50D78" w:rsidP="00F50D78">
      <w:pPr>
        <w:spacing w:after="120"/>
        <w:jc w:val="both"/>
        <w:rPr>
          <w:lang w:val="hu-HU"/>
        </w:rPr>
      </w:pPr>
      <w:r w:rsidRPr="00F50D78">
        <w:rPr>
          <w:lang w:val="hu-HU"/>
        </w:rPr>
        <w:t>A lakófunkcióval nem összeegyeztethető vagy attól elkülönítendő gazdasági, munkahelyi és egyéb fejlesztési területek.</w:t>
      </w:r>
    </w:p>
    <w:p w14:paraId="139C771E" w14:textId="77777777" w:rsidR="0037512B" w:rsidRDefault="0037512B" w:rsidP="00F50D78">
      <w:pPr>
        <w:spacing w:after="120"/>
        <w:jc w:val="both"/>
        <w:rPr>
          <w:lang w:val="hu-HU"/>
        </w:rPr>
      </w:pPr>
    </w:p>
    <w:p w14:paraId="64216229" w14:textId="77777777" w:rsidR="0037512B" w:rsidRDefault="0037512B" w:rsidP="0037512B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>
        <w:rPr>
          <w:lang w:val="hu-HU"/>
        </w:rPr>
        <w:t>4</w:t>
      </w:r>
      <w:r w:rsidRPr="00AE6E73">
        <w:rPr>
          <w:lang w:val="hu-HU"/>
        </w:rPr>
        <w:t xml:space="preserve"> igen, </w:t>
      </w:r>
      <w:r>
        <w:rPr>
          <w:lang w:val="hu-HU"/>
        </w:rPr>
        <w:t>0</w:t>
      </w:r>
      <w:r w:rsidRPr="00AE6E73">
        <w:rPr>
          <w:lang w:val="hu-HU"/>
        </w:rPr>
        <w:t xml:space="preserve"> tartózkodás, 0 nem szavazattal az alábbi határozatot hozta:</w:t>
      </w:r>
    </w:p>
    <w:p w14:paraId="5278710D" w14:textId="7602889D" w:rsidR="00F711EC" w:rsidRDefault="00F711EC">
      <w:pPr>
        <w:spacing w:after="240"/>
        <w:jc w:val="both"/>
        <w:rPr>
          <w:lang w:val="hu-HU"/>
        </w:rPr>
      </w:pPr>
    </w:p>
    <w:p w14:paraId="6FCDAC33" w14:textId="249552FF" w:rsidR="00F50D78" w:rsidRPr="00AE6E73" w:rsidRDefault="00F50D78" w:rsidP="00F50D78">
      <w:pPr>
        <w:spacing w:after="80"/>
        <w:jc w:val="center"/>
        <w:rPr>
          <w:lang w:val="hu-HU"/>
        </w:rPr>
      </w:pPr>
      <w:r>
        <w:rPr>
          <w:b/>
          <w:lang w:val="hu-HU"/>
        </w:rPr>
        <w:t>4</w:t>
      </w:r>
      <w:r w:rsidR="0037512B">
        <w:rPr>
          <w:b/>
          <w:lang w:val="hu-HU"/>
        </w:rPr>
        <w:t>5</w:t>
      </w:r>
      <w:r w:rsidRPr="00AE6E73">
        <w:rPr>
          <w:b/>
          <w:lang w:val="hu-HU"/>
        </w:rPr>
        <w:t xml:space="preserve">/2026. (VIII. </w:t>
      </w:r>
      <w:r>
        <w:rPr>
          <w:b/>
          <w:lang w:val="hu-HU"/>
        </w:rPr>
        <w:t>24</w:t>
      </w:r>
      <w:r w:rsidRPr="00AE6E73">
        <w:rPr>
          <w:b/>
          <w:lang w:val="hu-HU"/>
        </w:rPr>
        <w:t>.) ZUM Határozat</w:t>
      </w:r>
    </w:p>
    <w:p w14:paraId="162ABE1B" w14:textId="231B5F26" w:rsidR="0037512B" w:rsidRPr="0037512B" w:rsidRDefault="0037512B" w:rsidP="0037512B">
      <w:pPr>
        <w:spacing w:after="160"/>
        <w:jc w:val="center"/>
        <w:rPr>
          <w:b/>
          <w:lang w:val="hu-HU"/>
        </w:rPr>
      </w:pPr>
      <w:r w:rsidRPr="0037512B">
        <w:rPr>
          <w:b/>
          <w:lang w:val="hu-HU"/>
        </w:rPr>
        <w:t>8. Lakófunkciót is megengedő területek</w:t>
      </w:r>
      <w:r>
        <w:rPr>
          <w:b/>
          <w:lang w:val="hu-HU"/>
        </w:rPr>
        <w:t>ről</w:t>
      </w:r>
      <w:r w:rsidRPr="0037512B">
        <w:rPr>
          <w:b/>
          <w:lang w:val="hu-HU"/>
        </w:rPr>
        <w:t xml:space="preserve"> (8C/2. Szakrendelő telke – lakófejlesztési lehetőséggel kivételével)</w:t>
      </w:r>
    </w:p>
    <w:p w14:paraId="32007934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A ZUM támogatja a fejlesztési terv táblázatos programjavaslat 8. Lakófunkciót is megengedő területek alábbi pontjainak elfogadását:</w:t>
      </w:r>
    </w:p>
    <w:p w14:paraId="57368C8B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lastRenderedPageBreak/>
        <w:t>8A. Általános programok</w:t>
      </w:r>
    </w:p>
    <w:p w14:paraId="62BA835D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1. Értékvédelmi támogatás</w:t>
      </w:r>
    </w:p>
    <w:p w14:paraId="284E82F1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2. Területek karakter szerinti differenciálása</w:t>
      </w:r>
    </w:p>
    <w:p w14:paraId="67023090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3. Megőrzendő és átalakuló területek kijelölése</w:t>
      </w:r>
    </w:p>
    <w:p w14:paraId="5A0DFC6C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4. Illeszkedési követelmények</w:t>
      </w:r>
    </w:p>
    <w:p w14:paraId="65999B97" w14:textId="46A9AB21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5. F</w:t>
      </w:r>
      <w:r w:rsidR="00650D10">
        <w:rPr>
          <w:lang w:val="hu-HU"/>
        </w:rPr>
        <w:t>ejlesztési programhoz szükséges kapacitás biztosítása</w:t>
      </w:r>
    </w:p>
    <w:p w14:paraId="50F2E052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8B. Épületek</w:t>
      </w:r>
    </w:p>
    <w:p w14:paraId="10949C48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1. Lkaóépületek energiahatékonysági támogatása</w:t>
      </w:r>
    </w:p>
    <w:p w14:paraId="303C3E9D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2. Lakótelepek megújítása</w:t>
      </w:r>
    </w:p>
    <w:p w14:paraId="123AD951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3. Önkormányzati bérlakás-korszerűsítés</w:t>
      </w:r>
    </w:p>
    <w:p w14:paraId="76AFA874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8C. Új fejlesztési lehetőségek</w:t>
      </w:r>
    </w:p>
    <w:p w14:paraId="4BDE548A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1. Lakáskapacitások jegyzéke</w:t>
      </w:r>
    </w:p>
    <w:p w14:paraId="2B5E0947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3. Postás tömb</w:t>
      </w:r>
    </w:p>
    <w:p w14:paraId="5196A5C9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4. Fejlesztői megállapodások</w:t>
      </w:r>
    </w:p>
    <w:p w14:paraId="1B62E451" w14:textId="77777777" w:rsidR="0037512B" w:rsidRP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5. Rákosrendezőn 5000 lakás</w:t>
      </w:r>
    </w:p>
    <w:p w14:paraId="4B7DBE75" w14:textId="3BDDB82A" w:rsidR="0037512B" w:rsidRDefault="0037512B" w:rsidP="0037512B">
      <w:pPr>
        <w:spacing w:after="120"/>
        <w:jc w:val="both"/>
        <w:rPr>
          <w:lang w:val="hu-HU"/>
        </w:rPr>
      </w:pPr>
      <w:r w:rsidRPr="0037512B">
        <w:rPr>
          <w:lang w:val="hu-HU"/>
        </w:rPr>
        <w:t>A meglévő lakóterületek megújításának és az új lakófunkcióval is fejleszthető területek programjai.</w:t>
      </w:r>
    </w:p>
    <w:p w14:paraId="5503046D" w14:textId="77777777" w:rsidR="00F50D78" w:rsidRDefault="00F50D78">
      <w:pPr>
        <w:spacing w:after="240"/>
        <w:jc w:val="both"/>
        <w:rPr>
          <w:lang w:val="hu-HU"/>
        </w:rPr>
      </w:pPr>
    </w:p>
    <w:p w14:paraId="1CFB9C2F" w14:textId="604B1C05" w:rsidR="00220CD8" w:rsidRDefault="00220CD8" w:rsidP="00220CD8">
      <w:pPr>
        <w:spacing w:before="100" w:after="60"/>
        <w:jc w:val="both"/>
        <w:rPr>
          <w:lang w:val="hu-HU"/>
        </w:rPr>
      </w:pPr>
      <w:r w:rsidRPr="00AE6E73">
        <w:rPr>
          <w:lang w:val="hu-HU"/>
        </w:rPr>
        <w:t>A Munkacsoport 1</w:t>
      </w:r>
      <w:r w:rsidR="004C3D87">
        <w:rPr>
          <w:lang w:val="hu-HU"/>
        </w:rPr>
        <w:t>3</w:t>
      </w:r>
      <w:r w:rsidRPr="00AE6E73">
        <w:rPr>
          <w:lang w:val="hu-HU"/>
        </w:rPr>
        <w:t xml:space="preserve"> igen, </w:t>
      </w:r>
      <w:r w:rsidR="004C3D87">
        <w:rPr>
          <w:lang w:val="hu-HU"/>
        </w:rPr>
        <w:t xml:space="preserve">1 </w:t>
      </w:r>
      <w:r w:rsidRPr="00AE6E73">
        <w:rPr>
          <w:lang w:val="hu-HU"/>
        </w:rPr>
        <w:t>tartózkodás, 0 nem szavazattal az alábbi határozatot hozta:</w:t>
      </w:r>
    </w:p>
    <w:p w14:paraId="7BA37BA1" w14:textId="77777777" w:rsidR="00220CD8" w:rsidRPr="00AE6E73" w:rsidRDefault="00220CD8" w:rsidP="00220CD8">
      <w:pPr>
        <w:spacing w:before="100" w:after="60"/>
        <w:jc w:val="both"/>
        <w:rPr>
          <w:lang w:val="hu-HU"/>
        </w:rPr>
      </w:pPr>
    </w:p>
    <w:p w14:paraId="49CAD768" w14:textId="4199AADC" w:rsidR="00220CD8" w:rsidRPr="00AE6E73" w:rsidRDefault="00220CD8" w:rsidP="00220CD8">
      <w:pPr>
        <w:spacing w:after="80"/>
        <w:jc w:val="center"/>
        <w:rPr>
          <w:lang w:val="hu-HU"/>
        </w:rPr>
      </w:pPr>
      <w:r>
        <w:rPr>
          <w:b/>
          <w:lang w:val="hu-HU"/>
        </w:rPr>
        <w:t>4</w:t>
      </w:r>
      <w:r w:rsidR="0072293C">
        <w:rPr>
          <w:b/>
          <w:lang w:val="hu-HU"/>
        </w:rPr>
        <w:t>6</w:t>
      </w:r>
      <w:r w:rsidRPr="00AE6E73">
        <w:rPr>
          <w:b/>
          <w:lang w:val="hu-HU"/>
        </w:rPr>
        <w:t xml:space="preserve">/2026. (VIII. </w:t>
      </w:r>
      <w:r>
        <w:rPr>
          <w:b/>
          <w:lang w:val="hu-HU"/>
        </w:rPr>
        <w:t>24</w:t>
      </w:r>
      <w:r w:rsidRPr="00AE6E73">
        <w:rPr>
          <w:b/>
          <w:lang w:val="hu-HU"/>
        </w:rPr>
        <w:t>.) ZUM Határozat</w:t>
      </w:r>
    </w:p>
    <w:p w14:paraId="61CE8C5D" w14:textId="475A0467" w:rsidR="0072293C" w:rsidRPr="004C3D87" w:rsidRDefault="0072293C" w:rsidP="004C3D87">
      <w:pPr>
        <w:spacing w:after="160"/>
        <w:jc w:val="center"/>
        <w:rPr>
          <w:b/>
          <w:lang w:val="hu-HU"/>
        </w:rPr>
      </w:pPr>
      <w:r w:rsidRPr="004C3D87">
        <w:rPr>
          <w:b/>
          <w:lang w:val="hu-HU"/>
        </w:rPr>
        <w:t>9. Rehabilitációs területek</w:t>
      </w:r>
      <w:r w:rsidR="004C3D87">
        <w:rPr>
          <w:b/>
          <w:lang w:val="hu-HU"/>
        </w:rPr>
        <w:t>ről</w:t>
      </w:r>
    </w:p>
    <w:p w14:paraId="11B0C0EA" w14:textId="77777777" w:rsidR="0072293C" w:rsidRDefault="0072293C" w:rsidP="0072293C">
      <w:pPr>
        <w:spacing w:line="240" w:lineRule="auto"/>
        <w:jc w:val="both"/>
        <w:rPr>
          <w:rFonts w:ascii="Calibri" w:hAnsi="Calibri"/>
          <w:b/>
          <w:bCs/>
          <w:color w:val="FF0000"/>
          <w:sz w:val="20"/>
          <w:szCs w:val="20"/>
        </w:rPr>
      </w:pPr>
    </w:p>
    <w:p w14:paraId="4BEBC58B" w14:textId="179A335A" w:rsidR="0072293C" w:rsidRPr="004C3D87" w:rsidRDefault="0072293C" w:rsidP="004C3D87">
      <w:pPr>
        <w:spacing w:after="120"/>
        <w:jc w:val="both"/>
        <w:rPr>
          <w:lang w:val="hu-HU"/>
        </w:rPr>
      </w:pPr>
      <w:r w:rsidRPr="004C3D87">
        <w:rPr>
          <w:lang w:val="hu-HU"/>
        </w:rPr>
        <w:t>A ZUM támogatja a fejlesztési terv táblázatos programjavaslat 9. Rehabilitációs területek (9A., 9B., 9C. összes) pontjainak elfogadását</w:t>
      </w:r>
    </w:p>
    <w:p w14:paraId="44EA0BAC" w14:textId="2F0645B5" w:rsidR="0072293C" w:rsidRPr="004C3D87" w:rsidRDefault="0072293C" w:rsidP="004C3D87">
      <w:pPr>
        <w:spacing w:after="120"/>
        <w:jc w:val="both"/>
        <w:rPr>
          <w:lang w:val="hu-HU"/>
        </w:rPr>
      </w:pPr>
      <w:r w:rsidRPr="004C3D87">
        <w:rPr>
          <w:lang w:val="hu-HU"/>
        </w:rPr>
        <w:t>A komplex városszerkezeti, környezeti és funkcionális megújítást igénylő térségek programjai.</w:t>
      </w:r>
    </w:p>
    <w:p w14:paraId="44F242DB" w14:textId="77777777" w:rsidR="00220CD8" w:rsidRDefault="00220CD8">
      <w:pPr>
        <w:spacing w:after="240"/>
        <w:jc w:val="both"/>
        <w:rPr>
          <w:lang w:val="hu-HU"/>
        </w:rPr>
      </w:pPr>
    </w:p>
    <w:p w14:paraId="5A3FDF0D" w14:textId="5F5CE4D7" w:rsidR="00585A43" w:rsidRDefault="00585A43">
      <w:pPr>
        <w:spacing w:after="240"/>
        <w:jc w:val="both"/>
        <w:rPr>
          <w:lang w:val="hu-HU"/>
        </w:rPr>
      </w:pPr>
    </w:p>
    <w:p w14:paraId="09C3F442" w14:textId="77777777" w:rsidR="00585A43" w:rsidRPr="00AE6E73" w:rsidRDefault="00585A43">
      <w:pPr>
        <w:spacing w:after="240"/>
        <w:jc w:val="both"/>
        <w:rPr>
          <w:lang w:val="hu-HU"/>
        </w:rPr>
      </w:pPr>
    </w:p>
    <w:p w14:paraId="06D0028F" w14:textId="77777777" w:rsidR="00585A43" w:rsidRPr="00A11C55" w:rsidRDefault="00585A43" w:rsidP="00585A43">
      <w:pPr>
        <w:tabs>
          <w:tab w:val="center" w:pos="2127"/>
          <w:tab w:val="center" w:pos="6804"/>
        </w:tabs>
        <w:jc w:val="both"/>
        <w:rPr>
          <w:color w:val="000000" w:themeColor="text1"/>
        </w:rPr>
      </w:pPr>
      <w:r w:rsidRPr="00A11C55">
        <w:rPr>
          <w:b/>
          <w:color w:val="000000" w:themeColor="text1"/>
        </w:rPr>
        <w:tab/>
      </w:r>
      <w:r w:rsidRPr="00A11C55">
        <w:rPr>
          <w:color w:val="000000" w:themeColor="text1"/>
        </w:rPr>
        <w:t>Busznyák Imre</w:t>
      </w:r>
      <w:r>
        <w:rPr>
          <w:color w:val="000000" w:themeColor="text1"/>
        </w:rPr>
        <w:t xml:space="preserve"> s.k.</w:t>
      </w:r>
      <w:r w:rsidRPr="00A11C55">
        <w:rPr>
          <w:color w:val="000000" w:themeColor="text1"/>
        </w:rPr>
        <w:tab/>
        <w:t>Binó Beáta</w:t>
      </w:r>
      <w:r w:rsidRPr="00A11C55">
        <w:rPr>
          <w:color w:val="000000" w:themeColor="text1"/>
        </w:rPr>
        <w:tab/>
      </w:r>
    </w:p>
    <w:p w14:paraId="74FEE22A" w14:textId="71376AA1" w:rsidR="00585A43" w:rsidRPr="00A11C55" w:rsidRDefault="00585A43" w:rsidP="00585A43">
      <w:pPr>
        <w:tabs>
          <w:tab w:val="center" w:pos="2127"/>
          <w:tab w:val="center" w:pos="6804"/>
        </w:tabs>
        <w:jc w:val="both"/>
        <w:rPr>
          <w:color w:val="000000" w:themeColor="text1"/>
        </w:rPr>
      </w:pPr>
      <w:r w:rsidRPr="00A11C55">
        <w:rPr>
          <w:color w:val="000000" w:themeColor="text1"/>
        </w:rPr>
        <w:tab/>
        <w:t>ZUM vezetője</w:t>
      </w:r>
      <w:r w:rsidRPr="00A11C55">
        <w:rPr>
          <w:color w:val="000000" w:themeColor="text1"/>
        </w:rPr>
        <w:tab/>
        <w:t>ZUM szakmai vezetője</w:t>
      </w:r>
    </w:p>
    <w:sectPr w:rsidR="00585A43" w:rsidRPr="00A11C55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BF176C"/>
    <w:multiLevelType w:val="hybridMultilevel"/>
    <w:tmpl w:val="6BD2C5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E2592"/>
    <w:multiLevelType w:val="hybridMultilevel"/>
    <w:tmpl w:val="355A488C"/>
    <w:lvl w:ilvl="0" w:tplc="ECB6B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02AF7"/>
    <w:multiLevelType w:val="hybridMultilevel"/>
    <w:tmpl w:val="74EAAC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965"/>
    <w:rsid w:val="0006063C"/>
    <w:rsid w:val="00076C5C"/>
    <w:rsid w:val="00087BF0"/>
    <w:rsid w:val="000B5D3B"/>
    <w:rsid w:val="000E25DE"/>
    <w:rsid w:val="000E5362"/>
    <w:rsid w:val="000E560E"/>
    <w:rsid w:val="001016DD"/>
    <w:rsid w:val="00131065"/>
    <w:rsid w:val="00147CAF"/>
    <w:rsid w:val="0015074B"/>
    <w:rsid w:val="00151CD0"/>
    <w:rsid w:val="0015477D"/>
    <w:rsid w:val="001571A6"/>
    <w:rsid w:val="001649D7"/>
    <w:rsid w:val="00170A21"/>
    <w:rsid w:val="001761CF"/>
    <w:rsid w:val="00180A75"/>
    <w:rsid w:val="00184EF4"/>
    <w:rsid w:val="00196862"/>
    <w:rsid w:val="001C78A0"/>
    <w:rsid w:val="001F5CDE"/>
    <w:rsid w:val="00215EFA"/>
    <w:rsid w:val="00220CD8"/>
    <w:rsid w:val="00242DF0"/>
    <w:rsid w:val="00251F30"/>
    <w:rsid w:val="00260322"/>
    <w:rsid w:val="00261433"/>
    <w:rsid w:val="00262D84"/>
    <w:rsid w:val="002631AE"/>
    <w:rsid w:val="002672F9"/>
    <w:rsid w:val="00296333"/>
    <w:rsid w:val="0029639D"/>
    <w:rsid w:val="002A1588"/>
    <w:rsid w:val="002B74CA"/>
    <w:rsid w:val="002D1EE1"/>
    <w:rsid w:val="002D57A4"/>
    <w:rsid w:val="002D7F95"/>
    <w:rsid w:val="002E2A15"/>
    <w:rsid w:val="002E7B5E"/>
    <w:rsid w:val="00326F90"/>
    <w:rsid w:val="00331E7B"/>
    <w:rsid w:val="00340C41"/>
    <w:rsid w:val="003458B5"/>
    <w:rsid w:val="003732B5"/>
    <w:rsid w:val="0037512B"/>
    <w:rsid w:val="003807A7"/>
    <w:rsid w:val="003842C4"/>
    <w:rsid w:val="00395E1F"/>
    <w:rsid w:val="003F3F53"/>
    <w:rsid w:val="003F535C"/>
    <w:rsid w:val="004237B1"/>
    <w:rsid w:val="00442433"/>
    <w:rsid w:val="00455076"/>
    <w:rsid w:val="00461633"/>
    <w:rsid w:val="00467E78"/>
    <w:rsid w:val="00472F60"/>
    <w:rsid w:val="004968B7"/>
    <w:rsid w:val="004B01FC"/>
    <w:rsid w:val="004B6E48"/>
    <w:rsid w:val="004C3D87"/>
    <w:rsid w:val="004D03B4"/>
    <w:rsid w:val="005000E0"/>
    <w:rsid w:val="00514FC0"/>
    <w:rsid w:val="0052475D"/>
    <w:rsid w:val="005343A3"/>
    <w:rsid w:val="0055772F"/>
    <w:rsid w:val="005626F8"/>
    <w:rsid w:val="00567EC5"/>
    <w:rsid w:val="00585A43"/>
    <w:rsid w:val="00586EB6"/>
    <w:rsid w:val="00592EE6"/>
    <w:rsid w:val="005C31E5"/>
    <w:rsid w:val="005C3BC1"/>
    <w:rsid w:val="005E0ED1"/>
    <w:rsid w:val="005E4445"/>
    <w:rsid w:val="005E71BD"/>
    <w:rsid w:val="005F3981"/>
    <w:rsid w:val="005F7280"/>
    <w:rsid w:val="006175ED"/>
    <w:rsid w:val="00640B90"/>
    <w:rsid w:val="0064309F"/>
    <w:rsid w:val="00650D10"/>
    <w:rsid w:val="00653CEC"/>
    <w:rsid w:val="006639CF"/>
    <w:rsid w:val="006942D5"/>
    <w:rsid w:val="006B34FF"/>
    <w:rsid w:val="006D5543"/>
    <w:rsid w:val="006E5339"/>
    <w:rsid w:val="006E6A2C"/>
    <w:rsid w:val="006F3257"/>
    <w:rsid w:val="00702C51"/>
    <w:rsid w:val="00703AD6"/>
    <w:rsid w:val="0072293C"/>
    <w:rsid w:val="007246A9"/>
    <w:rsid w:val="00740461"/>
    <w:rsid w:val="0076078F"/>
    <w:rsid w:val="0077197C"/>
    <w:rsid w:val="00781C2A"/>
    <w:rsid w:val="007950A9"/>
    <w:rsid w:val="007D68D8"/>
    <w:rsid w:val="007E79DA"/>
    <w:rsid w:val="0080085C"/>
    <w:rsid w:val="00826B02"/>
    <w:rsid w:val="00830863"/>
    <w:rsid w:val="00847820"/>
    <w:rsid w:val="00847E04"/>
    <w:rsid w:val="00855332"/>
    <w:rsid w:val="008673B1"/>
    <w:rsid w:val="00882120"/>
    <w:rsid w:val="008A1221"/>
    <w:rsid w:val="008A76E0"/>
    <w:rsid w:val="008F1CAB"/>
    <w:rsid w:val="008F55E1"/>
    <w:rsid w:val="008F6603"/>
    <w:rsid w:val="009213A8"/>
    <w:rsid w:val="00924B7A"/>
    <w:rsid w:val="00940245"/>
    <w:rsid w:val="009523FF"/>
    <w:rsid w:val="009A61FB"/>
    <w:rsid w:val="009B0E5A"/>
    <w:rsid w:val="009F2C1B"/>
    <w:rsid w:val="00A100F0"/>
    <w:rsid w:val="00A45132"/>
    <w:rsid w:val="00A54EE3"/>
    <w:rsid w:val="00A72578"/>
    <w:rsid w:val="00A74E76"/>
    <w:rsid w:val="00AA1D8D"/>
    <w:rsid w:val="00AA55F8"/>
    <w:rsid w:val="00AB79C4"/>
    <w:rsid w:val="00AE6E73"/>
    <w:rsid w:val="00AF107B"/>
    <w:rsid w:val="00AF3B62"/>
    <w:rsid w:val="00B04F15"/>
    <w:rsid w:val="00B47730"/>
    <w:rsid w:val="00B60E87"/>
    <w:rsid w:val="00B65C01"/>
    <w:rsid w:val="00B77CDA"/>
    <w:rsid w:val="00B87FAF"/>
    <w:rsid w:val="00B9514C"/>
    <w:rsid w:val="00BA2A0D"/>
    <w:rsid w:val="00BA5ADF"/>
    <w:rsid w:val="00BD5CC9"/>
    <w:rsid w:val="00BF6458"/>
    <w:rsid w:val="00C125EE"/>
    <w:rsid w:val="00C16F12"/>
    <w:rsid w:val="00C30C55"/>
    <w:rsid w:val="00C53A65"/>
    <w:rsid w:val="00CA4490"/>
    <w:rsid w:val="00CB0664"/>
    <w:rsid w:val="00CB7669"/>
    <w:rsid w:val="00CD4BED"/>
    <w:rsid w:val="00CF3DC5"/>
    <w:rsid w:val="00CF7481"/>
    <w:rsid w:val="00D00A96"/>
    <w:rsid w:val="00D14AA9"/>
    <w:rsid w:val="00D1683F"/>
    <w:rsid w:val="00D3454F"/>
    <w:rsid w:val="00D65B7B"/>
    <w:rsid w:val="00D70209"/>
    <w:rsid w:val="00D81114"/>
    <w:rsid w:val="00D8164D"/>
    <w:rsid w:val="00DC734E"/>
    <w:rsid w:val="00DD64E7"/>
    <w:rsid w:val="00DF0F4F"/>
    <w:rsid w:val="00E1223D"/>
    <w:rsid w:val="00E24AAB"/>
    <w:rsid w:val="00E26085"/>
    <w:rsid w:val="00E30B7C"/>
    <w:rsid w:val="00E42D2F"/>
    <w:rsid w:val="00E42EB4"/>
    <w:rsid w:val="00E574F6"/>
    <w:rsid w:val="00E62BDF"/>
    <w:rsid w:val="00E84F15"/>
    <w:rsid w:val="00E852EC"/>
    <w:rsid w:val="00EB03D6"/>
    <w:rsid w:val="00EB7B4D"/>
    <w:rsid w:val="00EE4DFE"/>
    <w:rsid w:val="00EE5F30"/>
    <w:rsid w:val="00F248C2"/>
    <w:rsid w:val="00F2685F"/>
    <w:rsid w:val="00F302EA"/>
    <w:rsid w:val="00F50D78"/>
    <w:rsid w:val="00F553C0"/>
    <w:rsid w:val="00F653C4"/>
    <w:rsid w:val="00F711EC"/>
    <w:rsid w:val="00FA7465"/>
    <w:rsid w:val="00FB05AF"/>
    <w:rsid w:val="00FC693F"/>
    <w:rsid w:val="00FF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21488"/>
  <w14:defaultImageDpi w14:val="330"/>
  <w15:docId w15:val="{A1D7FDB4-57C6-42DD-B52C-16E4E618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FFCF1F-460E-4B4F-A533-538EF1C0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1000</Words>
  <Characters>6905</Characters>
  <Application>Microsoft Office Word</Application>
  <DocSecurity>0</DocSecurity>
  <Lines>57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Fehérné Tölgyesi Ildikó</cp:lastModifiedBy>
  <cp:revision>24</cp:revision>
  <dcterms:created xsi:type="dcterms:W3CDTF">2026-08-25T07:22:00Z</dcterms:created>
  <dcterms:modified xsi:type="dcterms:W3CDTF">2026-08-25T10:31:00Z</dcterms:modified>
  <cp:category/>
</cp:coreProperties>
</file>